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11D34" w14:textId="77777777" w:rsidR="00611E5C" w:rsidRDefault="00000000">
      <w:pPr>
        <w:jc w:val="center"/>
      </w:pPr>
      <w:r>
        <w:rPr>
          <w:b/>
          <w:sz w:val="22"/>
        </w:rPr>
        <w:t>GMINNY OŚRODEK POMOCY SPOŁECZNEJ W BUKOWCU</w:t>
      </w:r>
    </w:p>
    <w:p w14:paraId="6849F814" w14:textId="77777777" w:rsidR="00611E5C" w:rsidRDefault="00000000">
      <w:pPr>
        <w:jc w:val="center"/>
      </w:pPr>
      <w:r>
        <w:rPr>
          <w:b/>
          <w:sz w:val="24"/>
        </w:rPr>
        <w:t>WNIOSEK O ZAWARCIE UMOWY O REALIZACJĘ BONU SENIORALNEGO</w:t>
      </w:r>
    </w:p>
    <w:p w14:paraId="78BF0D33" w14:textId="77777777" w:rsidR="00611E5C" w:rsidRDefault="00000000">
      <w:pPr>
        <w:jc w:val="center"/>
      </w:pPr>
      <w:r>
        <w:rPr>
          <w:b/>
          <w:sz w:val="20"/>
        </w:rPr>
        <w:t>Program Bonu Senioralnego na lata 2026–2028</w:t>
      </w:r>
    </w:p>
    <w:p w14:paraId="546A59FB" w14:textId="77777777" w:rsidR="00611E5C" w:rsidRDefault="00000000">
      <w:pPr>
        <w:jc w:val="center"/>
      </w:pPr>
      <w:r>
        <w:t>Wniosek składa senior albo jego przedstawiciel ustawowy lub pełnomocnik.</w:t>
      </w:r>
    </w:p>
    <w:p w14:paraId="0F0AE726" w14:textId="77777777" w:rsidR="00611E5C" w:rsidRDefault="00000000">
      <w:pPr>
        <w:spacing w:before="120" w:after="60"/>
      </w:pPr>
      <w:r>
        <w:rPr>
          <w:b/>
          <w:sz w:val="20"/>
        </w:rPr>
        <w:t>1. Dane seniora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5669"/>
      </w:tblGrid>
      <w:tr w:rsidR="00611E5C" w14:paraId="2BA3511F" w14:textId="77777777">
        <w:trPr>
          <w:jc w:val="center"/>
        </w:trPr>
        <w:tc>
          <w:tcPr>
            <w:tcW w:w="3969" w:type="dxa"/>
            <w:vAlign w:val="center"/>
          </w:tcPr>
          <w:p w14:paraId="30526509" w14:textId="77777777" w:rsidR="00611E5C" w:rsidRDefault="00000000">
            <w:pPr>
              <w:spacing w:before="80" w:after="80"/>
            </w:pPr>
            <w:r>
              <w:t>Imię i nazwisko</w:t>
            </w:r>
          </w:p>
        </w:tc>
        <w:tc>
          <w:tcPr>
            <w:tcW w:w="5669" w:type="dxa"/>
            <w:vAlign w:val="center"/>
          </w:tcPr>
          <w:p w14:paraId="63FAE801" w14:textId="77777777" w:rsidR="00611E5C" w:rsidRDefault="00611E5C">
            <w:pPr>
              <w:spacing w:before="80" w:after="80"/>
            </w:pPr>
          </w:p>
        </w:tc>
      </w:tr>
      <w:tr w:rsidR="00611E5C" w14:paraId="3C1B8CBF" w14:textId="77777777">
        <w:trPr>
          <w:jc w:val="center"/>
        </w:trPr>
        <w:tc>
          <w:tcPr>
            <w:tcW w:w="3969" w:type="dxa"/>
            <w:vAlign w:val="center"/>
          </w:tcPr>
          <w:p w14:paraId="336BD52C" w14:textId="77777777" w:rsidR="00611E5C" w:rsidRDefault="00000000">
            <w:pPr>
              <w:spacing w:before="80" w:after="80"/>
            </w:pPr>
            <w:r>
              <w:t>PESEL (a jeśli brak PESEL – seria i nr dokumentu tożsamości)</w:t>
            </w:r>
          </w:p>
        </w:tc>
        <w:tc>
          <w:tcPr>
            <w:tcW w:w="5669" w:type="dxa"/>
            <w:vAlign w:val="center"/>
          </w:tcPr>
          <w:p w14:paraId="4ADDDAB1" w14:textId="77777777" w:rsidR="00611E5C" w:rsidRDefault="00611E5C">
            <w:pPr>
              <w:spacing w:before="80" w:after="80"/>
            </w:pPr>
          </w:p>
        </w:tc>
      </w:tr>
      <w:tr w:rsidR="00611E5C" w14:paraId="4318A7B4" w14:textId="77777777">
        <w:trPr>
          <w:jc w:val="center"/>
        </w:trPr>
        <w:tc>
          <w:tcPr>
            <w:tcW w:w="3969" w:type="dxa"/>
            <w:vAlign w:val="center"/>
          </w:tcPr>
          <w:p w14:paraId="07F34A11" w14:textId="77777777" w:rsidR="00611E5C" w:rsidRDefault="00000000">
            <w:pPr>
              <w:spacing w:before="80" w:after="80"/>
            </w:pPr>
            <w:r>
              <w:t>Adres miejsca zamieszkania i świadczenia usług</w:t>
            </w:r>
          </w:p>
        </w:tc>
        <w:tc>
          <w:tcPr>
            <w:tcW w:w="5669" w:type="dxa"/>
            <w:vAlign w:val="center"/>
          </w:tcPr>
          <w:p w14:paraId="1B6D1704" w14:textId="77777777" w:rsidR="00611E5C" w:rsidRDefault="00611E5C">
            <w:pPr>
              <w:spacing w:before="80" w:after="80"/>
            </w:pPr>
          </w:p>
        </w:tc>
      </w:tr>
      <w:tr w:rsidR="00611E5C" w14:paraId="701F82A3" w14:textId="77777777">
        <w:trPr>
          <w:jc w:val="center"/>
        </w:trPr>
        <w:tc>
          <w:tcPr>
            <w:tcW w:w="3969" w:type="dxa"/>
            <w:vAlign w:val="center"/>
          </w:tcPr>
          <w:p w14:paraId="23E68786" w14:textId="77777777" w:rsidR="00611E5C" w:rsidRDefault="00000000">
            <w:pPr>
              <w:spacing w:before="80" w:after="80"/>
            </w:pPr>
            <w:r>
              <w:t>Telefon</w:t>
            </w:r>
          </w:p>
        </w:tc>
        <w:tc>
          <w:tcPr>
            <w:tcW w:w="5669" w:type="dxa"/>
            <w:vAlign w:val="center"/>
          </w:tcPr>
          <w:p w14:paraId="5DE9DF11" w14:textId="77777777" w:rsidR="00611E5C" w:rsidRDefault="00611E5C">
            <w:pPr>
              <w:spacing w:before="80" w:after="80"/>
            </w:pPr>
          </w:p>
        </w:tc>
      </w:tr>
      <w:tr w:rsidR="00611E5C" w14:paraId="37148E06" w14:textId="77777777">
        <w:trPr>
          <w:jc w:val="center"/>
        </w:trPr>
        <w:tc>
          <w:tcPr>
            <w:tcW w:w="3969" w:type="dxa"/>
            <w:vAlign w:val="center"/>
          </w:tcPr>
          <w:p w14:paraId="03E3A3E6" w14:textId="77777777" w:rsidR="00611E5C" w:rsidRDefault="00000000">
            <w:pPr>
              <w:spacing w:before="80" w:after="80"/>
            </w:pPr>
            <w:r>
              <w:t>Adres e-mail (jeżeli posiada)</w:t>
            </w:r>
          </w:p>
        </w:tc>
        <w:tc>
          <w:tcPr>
            <w:tcW w:w="5669" w:type="dxa"/>
            <w:vAlign w:val="center"/>
          </w:tcPr>
          <w:p w14:paraId="4F136B9F" w14:textId="77777777" w:rsidR="00611E5C" w:rsidRDefault="00611E5C">
            <w:pPr>
              <w:spacing w:before="80" w:after="80"/>
            </w:pPr>
          </w:p>
        </w:tc>
      </w:tr>
      <w:tr w:rsidR="00611E5C" w14:paraId="51043E76" w14:textId="77777777">
        <w:trPr>
          <w:jc w:val="center"/>
        </w:trPr>
        <w:tc>
          <w:tcPr>
            <w:tcW w:w="3969" w:type="dxa"/>
            <w:vAlign w:val="center"/>
          </w:tcPr>
          <w:p w14:paraId="2A995F29" w14:textId="77777777" w:rsidR="00611E5C" w:rsidRDefault="00000000">
            <w:pPr>
              <w:spacing w:before="80" w:after="80"/>
            </w:pPr>
            <w:r>
              <w:t>Obywatelstwo / status</w:t>
            </w:r>
          </w:p>
        </w:tc>
        <w:tc>
          <w:tcPr>
            <w:tcW w:w="5669" w:type="dxa"/>
            <w:vAlign w:val="center"/>
          </w:tcPr>
          <w:p w14:paraId="58E47FB6" w14:textId="77777777" w:rsidR="00611E5C" w:rsidRDefault="00000000">
            <w:pPr>
              <w:spacing w:before="80" w:after="80"/>
            </w:pPr>
            <w:r>
              <w:t>☐ polskie   ☐ UE/EOG/Szwajcaria   ☐ Zjednoczone Królestwo – status uprawniający</w:t>
            </w:r>
          </w:p>
        </w:tc>
      </w:tr>
    </w:tbl>
    <w:p w14:paraId="2ADD0A70" w14:textId="77777777" w:rsidR="00611E5C" w:rsidRDefault="00000000">
      <w:pPr>
        <w:spacing w:before="120" w:after="60"/>
      </w:pPr>
      <w:r>
        <w:rPr>
          <w:b/>
          <w:sz w:val="20"/>
        </w:rPr>
        <w:t>2. Warunki podstawowe i dochód</w:t>
      </w:r>
    </w:p>
    <w:p w14:paraId="7CE62ECB" w14:textId="77777777" w:rsidR="00611E5C" w:rsidRDefault="00000000">
      <w:r>
        <w:t>☐ Ukończyłem/am 65 lat.</w:t>
      </w:r>
    </w:p>
    <w:p w14:paraId="259E2639" w14:textId="77777777" w:rsidR="00611E5C" w:rsidRDefault="00000000">
      <w:r>
        <w:t>☐ Mam miejsce zamieszkania na terytorium Rzeczypospolitej Polskiej i będę tu mieszkać w okresie korzystania z bonu.</w:t>
      </w:r>
    </w:p>
    <w:p w14:paraId="3F2D1194" w14:textId="77777777" w:rsidR="00611E5C" w:rsidRDefault="00000000">
      <w:r>
        <w:t>☐ Mam niezaspokojone potrzeby w zakresie podstawowych czynności życia codziennego.</w:t>
      </w:r>
    </w:p>
    <w:p w14:paraId="3F082F6F" w14:textId="77777777" w:rsidR="00611E5C" w:rsidRDefault="00000000">
      <w:r>
        <w:t>Dochód WYŁĄCZNIE seniora z ostatnich 3 miesięcy poprzedzających złożenie wniosku:</w:t>
      </w:r>
    </w:p>
    <w:p w14:paraId="381098E8" w14:textId="77777777" w:rsidR="00611E5C" w:rsidRDefault="00000000">
      <w:r>
        <w:t>Do kryterium dochodowego nie dolicza się dochodu małżonka ani innych osób wspólnie zamieszkujących z seniorem.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611E5C" w14:paraId="576353D3" w14:textId="77777777">
        <w:trPr>
          <w:jc w:val="center"/>
        </w:trPr>
        <w:tc>
          <w:tcPr>
            <w:tcW w:w="3400" w:type="dxa"/>
          </w:tcPr>
          <w:p w14:paraId="6FC6BF1D" w14:textId="77777777" w:rsidR="00611E5C" w:rsidRDefault="00000000">
            <w:r>
              <w:t>Miesiąc</w:t>
            </w:r>
          </w:p>
        </w:tc>
        <w:tc>
          <w:tcPr>
            <w:tcW w:w="3400" w:type="dxa"/>
          </w:tcPr>
          <w:p w14:paraId="369EBCA3" w14:textId="77777777" w:rsidR="00611E5C" w:rsidRDefault="00000000">
            <w:r>
              <w:t>Kwota dochodu</w:t>
            </w:r>
          </w:p>
        </w:tc>
        <w:tc>
          <w:tcPr>
            <w:tcW w:w="3400" w:type="dxa"/>
          </w:tcPr>
          <w:p w14:paraId="02B791DC" w14:textId="77777777" w:rsidR="00611E5C" w:rsidRDefault="00000000">
            <w:r>
              <w:t>Źródło dochodu</w:t>
            </w:r>
          </w:p>
        </w:tc>
      </w:tr>
      <w:tr w:rsidR="00611E5C" w14:paraId="6ADE2F0B" w14:textId="77777777">
        <w:trPr>
          <w:jc w:val="center"/>
        </w:trPr>
        <w:tc>
          <w:tcPr>
            <w:tcW w:w="3400" w:type="dxa"/>
          </w:tcPr>
          <w:p w14:paraId="1893BA9F" w14:textId="77777777" w:rsidR="00611E5C" w:rsidRDefault="00611E5C"/>
        </w:tc>
        <w:tc>
          <w:tcPr>
            <w:tcW w:w="3400" w:type="dxa"/>
          </w:tcPr>
          <w:p w14:paraId="766B1EA1" w14:textId="77777777" w:rsidR="00611E5C" w:rsidRDefault="00000000">
            <w:r>
              <w:t xml:space="preserve"> zł</w:t>
            </w:r>
          </w:p>
        </w:tc>
        <w:tc>
          <w:tcPr>
            <w:tcW w:w="3400" w:type="dxa"/>
          </w:tcPr>
          <w:p w14:paraId="06830186" w14:textId="77777777" w:rsidR="00611E5C" w:rsidRDefault="00611E5C"/>
        </w:tc>
      </w:tr>
      <w:tr w:rsidR="00611E5C" w14:paraId="011F9CD9" w14:textId="77777777">
        <w:trPr>
          <w:jc w:val="center"/>
        </w:trPr>
        <w:tc>
          <w:tcPr>
            <w:tcW w:w="3400" w:type="dxa"/>
          </w:tcPr>
          <w:p w14:paraId="68BFB021" w14:textId="77777777" w:rsidR="00611E5C" w:rsidRDefault="00611E5C"/>
        </w:tc>
        <w:tc>
          <w:tcPr>
            <w:tcW w:w="3400" w:type="dxa"/>
          </w:tcPr>
          <w:p w14:paraId="1CD4DB00" w14:textId="77777777" w:rsidR="00611E5C" w:rsidRDefault="00000000">
            <w:r>
              <w:t xml:space="preserve"> zł</w:t>
            </w:r>
          </w:p>
        </w:tc>
        <w:tc>
          <w:tcPr>
            <w:tcW w:w="3400" w:type="dxa"/>
          </w:tcPr>
          <w:p w14:paraId="2CE24FE4" w14:textId="77777777" w:rsidR="00611E5C" w:rsidRDefault="00611E5C"/>
        </w:tc>
      </w:tr>
      <w:tr w:rsidR="00611E5C" w14:paraId="5DCB1C50" w14:textId="77777777">
        <w:trPr>
          <w:jc w:val="center"/>
        </w:trPr>
        <w:tc>
          <w:tcPr>
            <w:tcW w:w="3400" w:type="dxa"/>
          </w:tcPr>
          <w:p w14:paraId="34D0DB18" w14:textId="77777777" w:rsidR="00611E5C" w:rsidRDefault="00611E5C"/>
        </w:tc>
        <w:tc>
          <w:tcPr>
            <w:tcW w:w="3400" w:type="dxa"/>
          </w:tcPr>
          <w:p w14:paraId="4B71EC47" w14:textId="77777777" w:rsidR="00611E5C" w:rsidRDefault="00000000">
            <w:r>
              <w:t xml:space="preserve"> zł</w:t>
            </w:r>
          </w:p>
        </w:tc>
        <w:tc>
          <w:tcPr>
            <w:tcW w:w="3400" w:type="dxa"/>
          </w:tcPr>
          <w:p w14:paraId="6C824CD9" w14:textId="77777777" w:rsidR="00611E5C" w:rsidRDefault="00611E5C"/>
        </w:tc>
      </w:tr>
    </w:tbl>
    <w:p w14:paraId="540A1017" w14:textId="77777777" w:rsidR="00611E5C" w:rsidRDefault="00000000">
      <w:r>
        <w:t>Średni miesięczny dochód seniora z 3 miesięcy: ................................ zł (obecne kryterium ustawowe: 3410 zł)</w:t>
      </w:r>
    </w:p>
    <w:p w14:paraId="211812D5" w14:textId="77777777" w:rsidR="00611E5C" w:rsidRDefault="00000000">
      <w:r>
        <w:t>Jeżeli o bon ubiegają się oboje małżonkowie, każde z nich składa odrębny wniosek i wykazuje wyłącznie własny dochód.</w:t>
      </w:r>
    </w:p>
    <w:p w14:paraId="33972C01" w14:textId="77777777" w:rsidR="00611E5C" w:rsidRDefault="00000000">
      <w:pPr>
        <w:spacing w:before="120" w:after="60"/>
      </w:pPr>
      <w:r>
        <w:rPr>
          <w:b/>
          <w:sz w:val="20"/>
        </w:rPr>
        <w:t>3. Niezaspokojone potrzeby – zaznacz właściwe</w:t>
      </w:r>
    </w:p>
    <w:p w14:paraId="497FE5CC" w14:textId="77777777" w:rsidR="00611E5C" w:rsidRDefault="00000000">
      <w:r>
        <w:t>☐ Pomoc w codziennych czynnościach (np. ubieranie, przygotowanie posiłków, poruszanie się, utrzymanie porządku).</w:t>
      </w:r>
    </w:p>
    <w:p w14:paraId="4A9FAF3B" w14:textId="77777777" w:rsidR="00611E5C" w:rsidRDefault="00000000">
      <w:r>
        <w:t>☐ Opieka higieniczno-pielęgnacyjna.</w:t>
      </w:r>
    </w:p>
    <w:p w14:paraId="6B124864" w14:textId="77777777" w:rsidR="00611E5C" w:rsidRDefault="00000000">
      <w:r>
        <w:t>☐ Wsparcie w korzystaniu ze świadczeń zdrowotnych.</w:t>
      </w:r>
    </w:p>
    <w:p w14:paraId="37701BFD" w14:textId="77777777" w:rsidR="00611E5C" w:rsidRDefault="00000000">
      <w:r>
        <w:t>☐ Kontakty z otoczeniem / aktywizacja intelektualna lub ruchowa.</w:t>
      </w:r>
    </w:p>
    <w:p w14:paraId="62EE95E5" w14:textId="77777777" w:rsidR="00611E5C" w:rsidRDefault="00000000">
      <w:r>
        <w:t>Krótki opis najważniejszych trudności i potrzeb:</w:t>
      </w:r>
    </w:p>
    <w:p w14:paraId="75F95BFD" w14:textId="77777777" w:rsidR="00611E5C" w:rsidRDefault="00000000">
      <w:r>
        <w:t>........................................................................................................................................</w:t>
      </w:r>
    </w:p>
    <w:p w14:paraId="7A4AE507" w14:textId="77777777" w:rsidR="00611E5C" w:rsidRDefault="00000000">
      <w:r>
        <w:t>........................................................................................................................................</w:t>
      </w:r>
    </w:p>
    <w:p w14:paraId="264141F1" w14:textId="77777777" w:rsidR="00611E5C" w:rsidRDefault="00000000">
      <w:r>
        <w:t>........................................................................................................................................</w:t>
      </w:r>
    </w:p>
    <w:p w14:paraId="308B92E4" w14:textId="77777777" w:rsidR="00611E5C" w:rsidRDefault="00000000">
      <w:r>
        <w:lastRenderedPageBreak/>
        <w:t>Czy senior ma opiekuna faktycznego, który może zapewnić potrzebne wsparcie?  ☐ nie   ☐ tak, ale wsparcie jest niewystarczające   ☐ tak, wsparcie jest wystarczające.</w:t>
      </w:r>
    </w:p>
    <w:p w14:paraId="0D159D94" w14:textId="77777777" w:rsidR="00611E5C" w:rsidRDefault="00000000">
      <w:pPr>
        <w:spacing w:before="120" w:after="60"/>
      </w:pPr>
      <w:r>
        <w:rPr>
          <w:b/>
          <w:sz w:val="20"/>
        </w:rPr>
        <w:t>4. Informacje o świadczeniach i usługach mogących wykluczać bon</w:t>
      </w:r>
    </w:p>
    <w:p w14:paraId="114AFD93" w14:textId="77777777" w:rsidR="00611E5C" w:rsidRDefault="00000000">
      <w:r>
        <w:t>Proszę zaznaczyć odpowiedź zgodną ze stanem na dzień złożenia wniosku: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5669"/>
      </w:tblGrid>
      <w:tr w:rsidR="00611E5C" w14:paraId="7FA7131F" w14:textId="77777777">
        <w:trPr>
          <w:jc w:val="center"/>
        </w:trPr>
        <w:tc>
          <w:tcPr>
            <w:tcW w:w="3969" w:type="dxa"/>
            <w:vAlign w:val="center"/>
          </w:tcPr>
          <w:p w14:paraId="04EEBCD5" w14:textId="77777777" w:rsidR="00611E5C" w:rsidRDefault="00000000">
            <w:pPr>
              <w:spacing w:before="80" w:after="80"/>
            </w:pPr>
            <w:r>
              <w:t>Na seniora jest ustalone prawo do specjalnego zasiłku opiekuńczego, świadczenia pielęgnacyjnego lub zasiłku dla opiekuna.</w:t>
            </w:r>
          </w:p>
        </w:tc>
        <w:tc>
          <w:tcPr>
            <w:tcW w:w="5669" w:type="dxa"/>
            <w:vAlign w:val="center"/>
          </w:tcPr>
          <w:p w14:paraId="55CEF558" w14:textId="77777777" w:rsidR="00611E5C" w:rsidRDefault="00000000">
            <w:pPr>
              <w:spacing w:before="80" w:after="80"/>
            </w:pPr>
            <w:r>
              <w:t>☐ nie     ☐ tak</w:t>
            </w:r>
          </w:p>
        </w:tc>
      </w:tr>
      <w:tr w:rsidR="00611E5C" w14:paraId="5F98D005" w14:textId="77777777">
        <w:trPr>
          <w:jc w:val="center"/>
        </w:trPr>
        <w:tc>
          <w:tcPr>
            <w:tcW w:w="3969" w:type="dxa"/>
            <w:vAlign w:val="center"/>
          </w:tcPr>
          <w:p w14:paraId="47958A84" w14:textId="77777777" w:rsidR="00611E5C" w:rsidRDefault="00000000">
            <w:pPr>
              <w:spacing w:before="80" w:after="80"/>
            </w:pPr>
            <w:r>
              <w:t>Senior korzysta ze świadczenia wspierającego.</w:t>
            </w:r>
          </w:p>
        </w:tc>
        <w:tc>
          <w:tcPr>
            <w:tcW w:w="5669" w:type="dxa"/>
            <w:vAlign w:val="center"/>
          </w:tcPr>
          <w:p w14:paraId="4EEFC657" w14:textId="77777777" w:rsidR="00611E5C" w:rsidRDefault="00000000">
            <w:pPr>
              <w:spacing w:before="80" w:after="80"/>
            </w:pPr>
            <w:r>
              <w:t>☐ nie     ☐ tak</w:t>
            </w:r>
          </w:p>
        </w:tc>
      </w:tr>
      <w:tr w:rsidR="00611E5C" w14:paraId="52166EF9" w14:textId="77777777">
        <w:trPr>
          <w:jc w:val="center"/>
        </w:trPr>
        <w:tc>
          <w:tcPr>
            <w:tcW w:w="3969" w:type="dxa"/>
            <w:vAlign w:val="center"/>
          </w:tcPr>
          <w:p w14:paraId="0471368C" w14:textId="77777777" w:rsidR="00611E5C" w:rsidRDefault="00000000">
            <w:pPr>
              <w:spacing w:before="80" w:after="80"/>
            </w:pPr>
            <w:r>
              <w:t>Senior korzysta ze specjalistycznych usług opiekuńczych w ośrodku wsparcia.</w:t>
            </w:r>
          </w:p>
        </w:tc>
        <w:tc>
          <w:tcPr>
            <w:tcW w:w="5669" w:type="dxa"/>
            <w:vAlign w:val="center"/>
          </w:tcPr>
          <w:p w14:paraId="06464D76" w14:textId="77777777" w:rsidR="00611E5C" w:rsidRDefault="00000000">
            <w:pPr>
              <w:spacing w:before="80" w:after="80"/>
            </w:pPr>
            <w:r>
              <w:t>☐ nie     ☐ tak</w:t>
            </w:r>
          </w:p>
        </w:tc>
      </w:tr>
      <w:tr w:rsidR="00611E5C" w14:paraId="319BD972" w14:textId="77777777">
        <w:trPr>
          <w:jc w:val="center"/>
        </w:trPr>
        <w:tc>
          <w:tcPr>
            <w:tcW w:w="3969" w:type="dxa"/>
            <w:vAlign w:val="center"/>
          </w:tcPr>
          <w:p w14:paraId="41AC2EC2" w14:textId="77777777" w:rsidR="00611E5C" w:rsidRDefault="00000000">
            <w:pPr>
              <w:spacing w:before="80" w:after="80"/>
            </w:pPr>
            <w:r>
              <w:t>Senior korzysta z usług opiekuńczych albo asystencji osobistej dofinansowanych z programu rządowego lub resortowego.</w:t>
            </w:r>
          </w:p>
        </w:tc>
        <w:tc>
          <w:tcPr>
            <w:tcW w:w="5669" w:type="dxa"/>
            <w:vAlign w:val="center"/>
          </w:tcPr>
          <w:p w14:paraId="058A9C53" w14:textId="77777777" w:rsidR="00611E5C" w:rsidRDefault="00000000">
            <w:pPr>
              <w:spacing w:before="80" w:after="80"/>
            </w:pPr>
            <w:r>
              <w:t>☐ nie     ☐ tak</w:t>
            </w:r>
          </w:p>
        </w:tc>
      </w:tr>
      <w:tr w:rsidR="00611E5C" w14:paraId="662E1C4E" w14:textId="77777777">
        <w:trPr>
          <w:jc w:val="center"/>
        </w:trPr>
        <w:tc>
          <w:tcPr>
            <w:tcW w:w="3969" w:type="dxa"/>
            <w:vAlign w:val="center"/>
          </w:tcPr>
          <w:p w14:paraId="42F1B438" w14:textId="77777777" w:rsidR="00611E5C" w:rsidRDefault="00000000">
            <w:pPr>
              <w:spacing w:before="80" w:after="80"/>
            </w:pPr>
            <w:r>
              <w:t>Senior korzysta z całodobowej opieki (np. DPS, ZOL, ZPO lub inna placówka całodobowa) albo z instytucjonalnej opieki dziennej.</w:t>
            </w:r>
          </w:p>
        </w:tc>
        <w:tc>
          <w:tcPr>
            <w:tcW w:w="5669" w:type="dxa"/>
            <w:vAlign w:val="center"/>
          </w:tcPr>
          <w:p w14:paraId="4D9B9EF6" w14:textId="77777777" w:rsidR="00611E5C" w:rsidRDefault="00000000">
            <w:pPr>
              <w:spacing w:before="80" w:after="80"/>
            </w:pPr>
            <w:r>
              <w:t>☐ nie     ☐ tak</w:t>
            </w:r>
          </w:p>
        </w:tc>
      </w:tr>
    </w:tbl>
    <w:p w14:paraId="1200CD7B" w14:textId="77777777" w:rsidR="00611E5C" w:rsidRDefault="00000000">
      <w:r>
        <w:t>Jeżeli zaznaczono „tak” przy usługach lub opiece: czy korzystanie ma charakter doraźny i jednorazowo trwa nie dłużej niż 14 dni?  ☐ nie   ☐ tak   ☐ nie dotyczy</w:t>
      </w:r>
    </w:p>
    <w:p w14:paraId="43D7A5CD" w14:textId="77777777" w:rsidR="00611E5C" w:rsidRDefault="00000000">
      <w:pPr>
        <w:spacing w:before="120" w:after="60"/>
      </w:pPr>
      <w:r>
        <w:rPr>
          <w:b/>
          <w:sz w:val="20"/>
        </w:rPr>
        <w:t>5. Inne informacje potrzebne do organizacji wsparcia</w:t>
      </w:r>
    </w:p>
    <w:p w14:paraId="43007334" w14:textId="77777777" w:rsidR="00611E5C" w:rsidRDefault="00000000">
      <w:r>
        <w:t>Preferowane dni / pory wsparcia (orientacyjnie): .....................................................................................</w:t>
      </w:r>
    </w:p>
    <w:p w14:paraId="0350618B" w14:textId="77777777" w:rsidR="00611E5C" w:rsidRDefault="00000000">
      <w:r>
        <w:t>Inne ważne informacje organizacyjne lub dotyczące bezpieczeństwa:</w:t>
      </w:r>
    </w:p>
    <w:p w14:paraId="3DBAC832" w14:textId="77777777" w:rsidR="00611E5C" w:rsidRDefault="00000000">
      <w:r>
        <w:t>........................................................................................................................................</w:t>
      </w:r>
    </w:p>
    <w:p w14:paraId="419EF092" w14:textId="77777777" w:rsidR="00611E5C" w:rsidRDefault="00000000">
      <w:r>
        <w:t>........................................................................................................................................</w:t>
      </w:r>
    </w:p>
    <w:p w14:paraId="097FE9AF" w14:textId="77777777" w:rsidR="00611E5C" w:rsidRDefault="00000000">
      <w:pPr>
        <w:spacing w:before="120" w:after="60"/>
      </w:pPr>
      <w:r>
        <w:rPr>
          <w:b/>
          <w:sz w:val="20"/>
        </w:rPr>
        <w:t>6. Wnioskodawca, jeżeli wniosek składa inna osoba niż senior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5669"/>
      </w:tblGrid>
      <w:tr w:rsidR="00611E5C" w14:paraId="63DA96C0" w14:textId="77777777">
        <w:trPr>
          <w:jc w:val="center"/>
        </w:trPr>
        <w:tc>
          <w:tcPr>
            <w:tcW w:w="3969" w:type="dxa"/>
            <w:vAlign w:val="center"/>
          </w:tcPr>
          <w:p w14:paraId="0B348D7C" w14:textId="77777777" w:rsidR="00611E5C" w:rsidRDefault="00000000">
            <w:pPr>
              <w:spacing w:before="80" w:after="80"/>
            </w:pPr>
            <w:r>
              <w:t>Imię i nazwisko</w:t>
            </w:r>
          </w:p>
        </w:tc>
        <w:tc>
          <w:tcPr>
            <w:tcW w:w="5669" w:type="dxa"/>
            <w:vAlign w:val="center"/>
          </w:tcPr>
          <w:p w14:paraId="7A247648" w14:textId="77777777" w:rsidR="00611E5C" w:rsidRDefault="00611E5C">
            <w:pPr>
              <w:spacing w:before="80" w:after="80"/>
            </w:pPr>
          </w:p>
        </w:tc>
      </w:tr>
      <w:tr w:rsidR="00611E5C" w14:paraId="29C0C5C0" w14:textId="77777777">
        <w:trPr>
          <w:jc w:val="center"/>
        </w:trPr>
        <w:tc>
          <w:tcPr>
            <w:tcW w:w="3969" w:type="dxa"/>
            <w:vAlign w:val="center"/>
          </w:tcPr>
          <w:p w14:paraId="53D6217C" w14:textId="77777777" w:rsidR="00611E5C" w:rsidRDefault="00000000">
            <w:pPr>
              <w:spacing w:before="80" w:after="80"/>
            </w:pPr>
            <w:r>
              <w:t>Adres</w:t>
            </w:r>
          </w:p>
        </w:tc>
        <w:tc>
          <w:tcPr>
            <w:tcW w:w="5669" w:type="dxa"/>
            <w:vAlign w:val="center"/>
          </w:tcPr>
          <w:p w14:paraId="58CF74CD" w14:textId="77777777" w:rsidR="00611E5C" w:rsidRDefault="00611E5C">
            <w:pPr>
              <w:spacing w:before="80" w:after="80"/>
            </w:pPr>
          </w:p>
        </w:tc>
      </w:tr>
      <w:tr w:rsidR="00611E5C" w14:paraId="60B7D4EE" w14:textId="77777777">
        <w:trPr>
          <w:jc w:val="center"/>
        </w:trPr>
        <w:tc>
          <w:tcPr>
            <w:tcW w:w="3969" w:type="dxa"/>
            <w:vAlign w:val="center"/>
          </w:tcPr>
          <w:p w14:paraId="636F1217" w14:textId="77777777" w:rsidR="00611E5C" w:rsidRDefault="00000000">
            <w:pPr>
              <w:spacing w:before="80" w:after="80"/>
            </w:pPr>
            <w:r>
              <w:t>Telefon / e-mail</w:t>
            </w:r>
          </w:p>
        </w:tc>
        <w:tc>
          <w:tcPr>
            <w:tcW w:w="5669" w:type="dxa"/>
            <w:vAlign w:val="center"/>
          </w:tcPr>
          <w:p w14:paraId="3715F72A" w14:textId="77777777" w:rsidR="00611E5C" w:rsidRDefault="00611E5C">
            <w:pPr>
              <w:spacing w:before="80" w:after="80"/>
            </w:pPr>
          </w:p>
        </w:tc>
      </w:tr>
      <w:tr w:rsidR="00611E5C" w14:paraId="560875E0" w14:textId="77777777">
        <w:trPr>
          <w:jc w:val="center"/>
        </w:trPr>
        <w:tc>
          <w:tcPr>
            <w:tcW w:w="3969" w:type="dxa"/>
            <w:vAlign w:val="center"/>
          </w:tcPr>
          <w:p w14:paraId="0770A407" w14:textId="77777777" w:rsidR="00611E5C" w:rsidRDefault="00000000">
            <w:pPr>
              <w:spacing w:before="80" w:after="80"/>
            </w:pPr>
            <w:r>
              <w:t>Podstawa działania</w:t>
            </w:r>
          </w:p>
        </w:tc>
        <w:tc>
          <w:tcPr>
            <w:tcW w:w="5669" w:type="dxa"/>
            <w:vAlign w:val="center"/>
          </w:tcPr>
          <w:p w14:paraId="075153CC" w14:textId="77777777" w:rsidR="00611E5C" w:rsidRDefault="00000000">
            <w:pPr>
              <w:spacing w:before="80" w:after="80"/>
            </w:pPr>
            <w:r>
              <w:t>☐ przedstawiciel ustawowy   ☐ pełnomocnik</w:t>
            </w:r>
          </w:p>
        </w:tc>
      </w:tr>
    </w:tbl>
    <w:p w14:paraId="1D9EF821" w14:textId="77777777" w:rsidR="00611E5C" w:rsidRDefault="00000000">
      <w:pPr>
        <w:spacing w:before="120" w:after="60"/>
      </w:pPr>
      <w:r>
        <w:rPr>
          <w:b/>
          <w:sz w:val="20"/>
        </w:rPr>
        <w:t>7. Załączniki</w:t>
      </w:r>
    </w:p>
    <w:p w14:paraId="76A1D716" w14:textId="77777777" w:rsidR="00611E5C" w:rsidRDefault="00000000">
      <w:r>
        <w:t>Do wniosku należy dołączyć tylko dokumenty potrzebne do potwierdzenia spełnienia warunków, w szczególności:</w:t>
      </w:r>
    </w:p>
    <w:p w14:paraId="39C563AC" w14:textId="77777777" w:rsidR="00611E5C" w:rsidRDefault="00000000">
      <w:r>
        <w:t>☐ dokumenty pozwalające ustalić dochód wyłącznie seniora za każdy z 3 miesięcy poprzedzających złożenie wniosku (odpowiednio do źródła dochodu);</w:t>
      </w:r>
    </w:p>
    <w:p w14:paraId="648DA0EA" w14:textId="77777777" w:rsidR="00611E5C" w:rsidRDefault="00000000">
      <w:r>
        <w:t>☐ pełnomocnictwo – jeżeli wniosek składa pełnomocnik;</w:t>
      </w:r>
    </w:p>
    <w:p w14:paraId="28630C46" w14:textId="77777777" w:rsidR="00611E5C" w:rsidRDefault="00000000">
      <w:r>
        <w:t>☐ dokument potwierdzający umocowanie przedstawiciela ustawowego – jeżeli dotyczy;</w:t>
      </w:r>
    </w:p>
    <w:p w14:paraId="7ADA960B" w14:textId="77777777" w:rsidR="00611E5C" w:rsidRDefault="00000000">
      <w:r>
        <w:t>☐ inne dokumenty niezbędne do potwierdzenia warunków ustawowych – tylko jeżeli są potrzebne w konkretnej sprawie lub GOPS o nie poprosi.</w:t>
      </w:r>
    </w:p>
    <w:p w14:paraId="2EBB222D" w14:textId="77777777" w:rsidR="00611E5C" w:rsidRDefault="00000000">
      <w:r>
        <w:t>Nie ma obowiązku dołączania zaświadczenia lekarskiego do każdego wniosku. Gmina może przeprowadzić rozmowę i – jeżeli wymaga tego ustalenie stanu faktycznego – wizytę w miejscu zamieszkania seniora.</w:t>
      </w:r>
    </w:p>
    <w:p w14:paraId="101D74DF" w14:textId="77777777" w:rsidR="00611E5C" w:rsidRDefault="00000000">
      <w:pPr>
        <w:spacing w:before="120" w:after="60"/>
      </w:pPr>
      <w:r>
        <w:rPr>
          <w:b/>
          <w:sz w:val="20"/>
        </w:rPr>
        <w:lastRenderedPageBreak/>
        <w:t>8. Oświadczenie i podpis</w:t>
      </w:r>
    </w:p>
    <w:p w14:paraId="5519531F" w14:textId="77777777" w:rsidR="00611E5C" w:rsidRDefault="00000000">
      <w:r>
        <w:t>Oświadczam, że podane we wniosku informacje są zgodne ze stanem faktycznym. Przyjmuję do wiadomości, że złożenie wniosku i pozytywna kwalifikacja nie są równoznaczne z zawarciem umowy ani rozpoczęciem świadczenia usług; zawarcie umowy zależy m.in. od środków przyznanych Gminie i dostępnego wymiaru usług.</w:t>
      </w:r>
    </w:p>
    <w:p w14:paraId="4796AA5F" w14:textId="77777777" w:rsidR="00611E5C" w:rsidRDefault="00000000">
      <w:r>
        <w:br/>
        <w:t>........................................, dnia ................................ 2026 r.</w:t>
      </w:r>
    </w:p>
    <w:p w14:paraId="7A12DDBE" w14:textId="77777777" w:rsidR="00611E5C" w:rsidRDefault="00000000">
      <w:pPr>
        <w:spacing w:before="240"/>
      </w:pPr>
      <w:r>
        <w:t xml:space="preserve">                                                                                         ..............................................................</w:t>
      </w:r>
      <w:r>
        <w:br/>
        <w:t xml:space="preserve">                                                                                         podpis seniora / przedstawiciela ustawowego / pełnomocnika</w:t>
      </w:r>
    </w:p>
    <w:p w14:paraId="40D1BD0E" w14:textId="77777777" w:rsidR="00611E5C" w:rsidRDefault="00000000">
      <w:r>
        <w:t>Podstawa prawna: art. 24–29 ustawy z 11 czerwca 2026 r. o osobach starszych i koordynacji opieki długoterminowej (Dz.U. poz. 986) oraz § 2–3 rozporządzenia Rady Ministrów z 29 września 2026 r. w sprawie Programu Bonu Senioralnego na lata 2026–2028 (Dz.U. poz. 1277).</w:t>
      </w:r>
    </w:p>
    <w:p w14:paraId="494EA5D1" w14:textId="77777777" w:rsidR="00611E5C" w:rsidRDefault="00000000">
      <w:r>
        <w:t>Klauzula informacyjna RODO dotycząca tego wniosku znajduje się poniżej i stanowi integralną część formularza.</w:t>
      </w:r>
    </w:p>
    <w:p w14:paraId="693C13B2" w14:textId="77777777" w:rsidR="00611E5C" w:rsidRDefault="00000000">
      <w:pPr>
        <w:spacing w:before="120" w:after="60"/>
      </w:pPr>
      <w:r>
        <w:rPr>
          <w:b/>
          <w:sz w:val="20"/>
        </w:rPr>
        <w:t>9. Klauzula informacyjna RODO – Bon Senioralny</w:t>
      </w:r>
    </w:p>
    <w:p w14:paraId="40CC8C86" w14:textId="77777777" w:rsidR="00611E5C" w:rsidRDefault="00000000" w:rsidP="00357D94">
      <w:pPr>
        <w:spacing w:after="0"/>
      </w:pPr>
      <w:r>
        <w:t>Na podstawie art. 13 ust. 1 i 2 RODO informujemy o zasadach przetwarzania danych osobowych w związku z wnioskiem i realizacją Programu Bonu Senioralnego. Klauzula dotyczy seniora oraz – w zakresie danych podanych we wniosku – jego przedstawiciela ustawowego lub pełnomocnika.</w:t>
      </w:r>
    </w:p>
    <w:p w14:paraId="0237CA00" w14:textId="77777777" w:rsidR="00611E5C" w:rsidRDefault="00000000" w:rsidP="00357D94">
      <w:pPr>
        <w:spacing w:after="0"/>
      </w:pPr>
      <w:r>
        <w:rPr>
          <w:b/>
        </w:rPr>
        <w:t xml:space="preserve">1. Administrator danych. </w:t>
      </w:r>
      <w:r>
        <w:t>Administratorem danych osobowych jest Gminny Ośrodek Pomocy Społecznej w Bukowcu. Dane adresowe i kontaktowe Administratora należy uzupełnić zgodnie z aktualnymi danymi jednostki.</w:t>
      </w:r>
    </w:p>
    <w:p w14:paraId="314D02E5" w14:textId="77777777" w:rsidR="00611E5C" w:rsidRDefault="00000000" w:rsidP="00357D94">
      <w:pPr>
        <w:spacing w:after="0"/>
      </w:pPr>
      <w:r>
        <w:rPr>
          <w:b/>
        </w:rPr>
        <w:t xml:space="preserve">2. Inspektor Ochrony Danych. </w:t>
      </w:r>
      <w:r>
        <w:t>W sprawach dotyczących ochrony danych można kontaktować się z Inspektorem Ochrony Danych – pisemnie na adres Administratora.</w:t>
      </w:r>
    </w:p>
    <w:p w14:paraId="7274DB11" w14:textId="77777777" w:rsidR="00611E5C" w:rsidRDefault="00000000" w:rsidP="00357D94">
      <w:pPr>
        <w:spacing w:after="0"/>
      </w:pPr>
      <w:r>
        <w:rPr>
          <w:b/>
        </w:rPr>
        <w:t xml:space="preserve">3. Cele i podstawy przetwarzania. </w:t>
      </w:r>
      <w:r>
        <w:t>Dane będą przetwarzane w celu przyjęcia i rozpatrzenia wniosku, kwalifikacji seniora, prowadzenia listy osób zakwalifikowanych, przygotowania, zawarcia i realizacji umowy o bon senioralny, organizacji i rozliczania usług wsparcia, monitorowania i sprawozdawczości Programu oraz wykonania obowiązków archiwalnych. Podstawą prawną są art. 6 ust. 1 lit. b, c i e RODO w związku z art. 24–29 ustawy z 11 czerwca 2026 r. o osobach starszych i koordynacji opieki długoterminowej oraz rozporządzeniem Rady Ministrów z 29 września 2026 r. w sprawie Programu Bonu Senioralnego na lata 2026–2028. W zakresie, w jakim dla oceny potrzeb i realizacji wsparcia konieczne jest przetwarzanie danych szczególnej kategorii, w tym danych dotyczących zdrowia, podstawą jest art. 9 ust. 2 lit. b RODO w związku z powyższymi przepisami dotyczącymi ochrony socjalnej.</w:t>
      </w:r>
    </w:p>
    <w:p w14:paraId="0804FDC9" w14:textId="77777777" w:rsidR="00611E5C" w:rsidRDefault="00000000" w:rsidP="00357D94">
      <w:pPr>
        <w:spacing w:after="0"/>
      </w:pPr>
      <w:r>
        <w:rPr>
          <w:b/>
        </w:rPr>
        <w:t xml:space="preserve">4. Odbiorcy danych. </w:t>
      </w:r>
      <w:r>
        <w:t>Dane mogą być udostępniane podmiotom i organom uprawnionym na podstawie przepisów prawa, w szczególności Gminie Bukowiec i właściwemu wojewodzie w zakresie niezbędnym do finansowania, realizacji, monitorowania i rozliczenia Programu. Dane mogą być również powierzane podmiotom świadczącym na rzecz Administratora usługi, np. informatyczne, pocztowe, archiwizacyjne lub prawne, a w niezbędnym zakresie mogą być przekazywane podmiotowi wykonującemu usługi wsparcia.</w:t>
      </w:r>
    </w:p>
    <w:p w14:paraId="4288BCFE" w14:textId="77777777" w:rsidR="00611E5C" w:rsidRDefault="00000000" w:rsidP="00357D94">
      <w:pPr>
        <w:spacing w:after="0"/>
      </w:pPr>
      <w:r>
        <w:rPr>
          <w:b/>
        </w:rPr>
        <w:t xml:space="preserve">5. Okres przechowywania. </w:t>
      </w:r>
      <w:r>
        <w:t>Dane będą przechowywane przez okres niezbędny do przeprowadzenia kwalifikacji i realizacji Programu, rozliczeń, kontroli i ewentualnych roszczeń, a następnie przez okres wynikający z przepisów archiwalnych oraz obowiązującego u Administratora jednolitego rzeczowego wykazu akt.</w:t>
      </w:r>
    </w:p>
    <w:p w14:paraId="12C7463A" w14:textId="77777777" w:rsidR="00611E5C" w:rsidRDefault="00000000" w:rsidP="00357D94">
      <w:pPr>
        <w:spacing w:after="0"/>
      </w:pPr>
      <w:r>
        <w:rPr>
          <w:b/>
        </w:rPr>
        <w:t xml:space="preserve">6. Prawa osoby, której dane dotyczą. </w:t>
      </w:r>
      <w:r>
        <w:t>Na zasadach określonych w RODO przysługuje prawo dostępu do danych i uzyskania ich kopii, sprostowania danych oraz ograniczenia ich przetwarzania. W zakresie, w jakim przetwarzanie odbywa się na podstawie art. 6 ust. 1 lit. e RODO, przysługuje także prawo wniesienia sprzeciwu z przyczyn związanych ze szczególną sytuacją. Prawo do usunięcia danych może być ograniczone, jeżeli Administrator ma obowiązek ich przetwarzania na podstawie prawa.</w:t>
      </w:r>
    </w:p>
    <w:p w14:paraId="01DDCC68" w14:textId="77777777" w:rsidR="00611E5C" w:rsidRDefault="00000000" w:rsidP="00357D94">
      <w:pPr>
        <w:spacing w:after="0"/>
      </w:pPr>
      <w:r>
        <w:rPr>
          <w:b/>
        </w:rPr>
        <w:t xml:space="preserve">7. Skarga. </w:t>
      </w:r>
      <w:r>
        <w:t>W przypadku uznania, że dane są przetwarzane niezgodnie z RODO, przysługuje prawo wniesienia skargi do Prezesa Urzędu Ochrony Danych Osobowych, ul. Stanisława Moniuszki 1A, 00-014 Warszawa.</w:t>
      </w:r>
    </w:p>
    <w:p w14:paraId="34F76123" w14:textId="77777777" w:rsidR="00611E5C" w:rsidRDefault="00000000" w:rsidP="00357D94">
      <w:pPr>
        <w:spacing w:after="0"/>
      </w:pPr>
      <w:r>
        <w:rPr>
          <w:b/>
        </w:rPr>
        <w:t xml:space="preserve">8. Obowiązek podania danych. </w:t>
      </w:r>
      <w:r>
        <w:t>Podanie danych wymaganych ustawą i rozporządzeniem jest niezbędne do rozpatrzenia wniosku, kwalifikacji oraz – w przypadku przyznania środków i zakwalifikowania seniora – zawarcia i realizacji umowy. Niepodanie danych wymaganych może uniemożliwić rozpatrzenie wniosku. Dane dodatkowe, które nie są konieczne do ustalenia warunków ustawowych ani organizacji wsparcia, są dobrowolne.</w:t>
      </w:r>
    </w:p>
    <w:p w14:paraId="11564DC4" w14:textId="77777777" w:rsidR="00611E5C" w:rsidRDefault="00000000" w:rsidP="00357D94">
      <w:pPr>
        <w:spacing w:after="0"/>
      </w:pPr>
      <w:r>
        <w:rPr>
          <w:b/>
        </w:rPr>
        <w:t xml:space="preserve">9. Zautomatyzowane decyzje. </w:t>
      </w:r>
      <w:r>
        <w:t>Dane nie będą wykorzystywane do podejmowania decyzji wyłącznie w sposób zautomatyzowany, w tym do profilowania.</w:t>
      </w:r>
    </w:p>
    <w:p w14:paraId="36F21EB6" w14:textId="77777777" w:rsidR="00611E5C" w:rsidRDefault="00000000" w:rsidP="00357D94">
      <w:pPr>
        <w:spacing w:after="0"/>
      </w:pPr>
      <w:r>
        <w:t>Uwaga: klauzula informacyjna nie jest zgodą na przetwarzanie danych. Jej podpisywanie nie jest warunkiem rozpatrzenia wniosku.</w:t>
      </w:r>
    </w:p>
    <w:sectPr w:rsidR="00611E5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8258320">
    <w:abstractNumId w:val="8"/>
  </w:num>
  <w:num w:numId="2" w16cid:durableId="2139954206">
    <w:abstractNumId w:val="6"/>
  </w:num>
  <w:num w:numId="3" w16cid:durableId="934020597">
    <w:abstractNumId w:val="5"/>
  </w:num>
  <w:num w:numId="4" w16cid:durableId="953101463">
    <w:abstractNumId w:val="4"/>
  </w:num>
  <w:num w:numId="5" w16cid:durableId="620839118">
    <w:abstractNumId w:val="7"/>
  </w:num>
  <w:num w:numId="6" w16cid:durableId="600340450">
    <w:abstractNumId w:val="3"/>
  </w:num>
  <w:num w:numId="7" w16cid:durableId="101456562">
    <w:abstractNumId w:val="2"/>
  </w:num>
  <w:num w:numId="8" w16cid:durableId="1847670488">
    <w:abstractNumId w:val="1"/>
  </w:num>
  <w:num w:numId="9" w16cid:durableId="1540163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7D94"/>
    <w:rsid w:val="00611E5C"/>
    <w:rsid w:val="00612FB7"/>
    <w:rsid w:val="00646E16"/>
    <w:rsid w:val="00A029F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F894FB"/>
  <w14:defaultImageDpi w14:val="300"/>
  <w15:docId w15:val="{F5290B4B-A417-4530-98F0-0ABA4588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GOPS Bukowiec</cp:lastModifiedBy>
  <cp:revision>2</cp:revision>
  <dcterms:created xsi:type="dcterms:W3CDTF">2026-10-16T09:01:00Z</dcterms:created>
  <dcterms:modified xsi:type="dcterms:W3CDTF">2026-10-16T09:01:00Z</dcterms:modified>
  <cp:category/>
</cp:coreProperties>
</file>